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36"/>
          <w:bCs/>
          <w:szCs w:val="36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לפני · תוך כדי · אחרי הקריאה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מתכוננים · עוצרים · מסכמים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36"/>
          <w:bCs/>
          <w:szCs w:val="36"/>
          <w:rtl w:val="1"/>
        </w:rPr>
        <w:t>💛 חנ״מ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34"/>
          <w:bCs/>
          <w:szCs w:val="34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2. חלק א׳ – מיון: מתי עושים מה?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3. חלק ב׳ – קוראים בשלושה שלבים: ״החלון הירוק״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4. חלק ג׳ – עכשיו לבד: ידיעה מהעיתון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34"/>
          <w:bCs/>
          <w:szCs w:val="34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32"/>
          <w:bCs/>
          <w:szCs w:val="32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להפעיל את שלושת שלבי הקריאה: לפני, תוך כדי ואחרי.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לנחש מתוך כותרת, לעצור בסוף פסקה ולסכם במשפט אחד.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מקרינים את כרזת ״לפני · תוך כדי · אחרי״.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מיון פעולות; קריאה מודרכת של ״החלון הירוק״.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קריאה עצמאית של הידיעה בשלושה שלבים;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31"/>
          <w:szCs w:val="31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9"/>
          <w:szCs w:val="29"/>
          <w:rtl w:val="1"/>
        </w:rPr>
        <w:t>הגרסה הזאת: חנ״מ. גופן גדול, 2 אפשרויות בכל שאלה, פחות פריטים, אימוג׳י כעוגן ומקום רחב לכתיבה.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חלק א׳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7143"/>
            <w:shd w:val="clear" w:color="auto" w:fill="D9F2E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פעולה</w:t>
            </w:r>
          </w:p>
        </w:tc>
        <w:tc>
          <w:tcPr>
            <w:tcW w:type="dxa" w:w="3061"/>
            <w:shd w:val="clear" w:color="auto" w:fill="D9F2E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מתי?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מציצים בכותרת ובתמונות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לפני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מסכמים במשפט אחד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אחרי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בודקים אם הניחוש התאים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אחרי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מסמנים מילה קשה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תוך כדי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מנחשים על מה הטקסט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לפני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עוצרים בסוף פסקה ושואלים: מה למדתי?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תוך כדי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חלק ב׳: ״החלון הירוק״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לפני: כל ניחוש סביר שמתבסס על הכותרת (למשל: ״טקסט על צמחים ליד חלון״).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כותרות אפשריות לפסקאות: (1) צמחים על אדן החלון; (2) מזמינים את השכנים לשתול.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השלמה: המשפחה נתנה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שתילים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לשכנים.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חלק ג׳: הידיעה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לפני: כל ניחוש שמתבסס על הכותרת. אחרי: בודקים שהסיכום כולל מי/מה + מה קרה + למה זה חשוב, בלי פרטים מיותרים.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📝 דף תרגול · לפני · תוך כדי · אחרי הקריאה · חנ״מ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כיתה: 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תאריך: 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6"/>
                <w:bCs/>
                <w:szCs w:val="36"/>
                <w:rtl w:val="1"/>
              </w:rPr>
              <w:t>א׳ · מיון: מתי עושים מה?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מתי עושים את זה? סמנו ✓ בעמודה המתאימה.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D9F2E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פעולה</w:t>
                  </w:r>
                </w:p>
              </w:tc>
              <w:tc>
                <w:tcPr>
                  <w:tcW w:type="dxa" w:w="2551"/>
                  <w:shd w:val="clear" w:color="auto" w:fill="D9F2E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👁️ לפני</w:t>
                  </w:r>
                </w:p>
              </w:tc>
              <w:tc>
                <w:tcPr>
                  <w:tcW w:type="dxa" w:w="2551"/>
                  <w:shd w:val="clear" w:color="auto" w:fill="D9F2E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✏️ תוך כדי</w:t>
                  </w:r>
                </w:p>
              </w:tc>
              <w:tc>
                <w:tcPr>
                  <w:tcW w:type="dxa" w:w="2551"/>
                  <w:shd w:val="clear" w:color="auto" w:fill="D9F2E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✅ אחרי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👀 מציצים בכותרת ובתמונות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✏️ מסכמים במשפט אחד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✅ בודקים אם הניחוש התאים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🖍️ מסמנים מילה קשה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🔮 מנחשים על מה הטקסט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✋ עוצרים בסוף פסקה ושואלים: מה למדתי?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36"/>
                <w:bCs/>
                <w:szCs w:val="36"/>
                <w:rtl w:val="1"/>
              </w:rPr>
              <w:t>ב׳ · קוראים בשלושה שלבים: ״החלון הירוק״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לפני הקריאה – תוך כדי הקריאה – אחרי הקריאה. עבדו לפי הסדר.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👁️ לפני: מציצים בכותרת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כותרת הטקסט: ״החלון הירוק״. על מה, לדעתכם, יהיה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✏️ תוך כדי: קוראים ועוצרים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בחרו כותרת לכל פסקה: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פסקה 1: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🪴 צמחים על אדן החלון     ◯ 🚌 נסיעה באוטובוס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פסקה 2: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⚽ משחק בחצר     ◯ 📄 מודעה לשכנים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✅ אחרי: בודקים ומסכמים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האם הניחוש שלי התאים? ◯ כן ◯ חלקית ◯ לא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השלימו: המשפחה נתנה ________ לשכנים.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36"/>
                <w:bCs/>
                <w:szCs w:val="36"/>
                <w:rtl w:val="1"/>
              </w:rPr>
              <w:t>ג׳ · עכשיו לבד: ידיעה מהעיתון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👁️ לפני: קראו רק את הכותרת ״צבי מים נראו שוב בנחל אחרי עשר שנים״. על מה יהיה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✏️ תוך כדי: קראו את הידיעה.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צבי מים נראו שוב בנחל אחרי עשר שנים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(1) לאחר מבצע ניקוי שנמשך שנתיים, דווח השבוע על צבי מים שחזרו לשחות בנחל העובר בעמק.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(2) לדברי פקח/ית שמורת הטבע, הצבים חזרו בזכות המים הנקיים והצמחייה שנשתלה מחדש על הגדות.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(3) תושבים מתבקשים לא להאכיל את הצבים ולא להתקרב אליהם.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✅ אחרי: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הניחוש שלי התאים? ◯ כן ◯ חלקית ◯ לא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דבר אחד שלמדתי מהידיעה: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8"/>
                <w:bCs/>
                <w:szCs w:val="38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מה אני עושה לפני שאני קורא/ת 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השלב שהכי עוזר לי: ◯ 👁️ לפני ◯ ✏️ תוך כדי ◯ ✅ אחרי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לפני · תוך כדי · אחרי · חנ״מ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לפני · תוך כדי · אחרי · חנ״מ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